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שורש ולזהות אותו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מילים בעלות שורש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ניחוש משמעות מילים חדשות לפי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קבוצת אותיות הנושאת משמעות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נהוג לומר על מבנה המילים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אחד השימושים המרכזיים של שורשים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(כ-ת-ב)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תרגול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 הוא קבוצת אותיות שחוזרת במילים שונות ונושאת משמעות דומה, לדוגמה כ-ת-ב. אם מכירים את השורש אפשר לנחש פירוש של מילה חדשה שבנויה ממנו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קבוצת אותיות הנושאת משמעות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מהרשימה: כותב, מכתב, כתובת, כתיבה וכדומה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שמראה הבנה שאפשר לנחש משמעות לפי הדמיון לשורש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קבוצתי: כל קבוצה מקבלת שורש ומנסה למצוא כמה שיותר מילים בדקה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דוגמת השורש כ-ת-ב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לדלג על הפריטים המסומנים ולהתמקד בשורש כ-ת-ב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רוב המילים בעברית נבנות משורש, בדרך כלל בן שלוש אותיות, שנושא משמעות משותפת. הכרת השורש עוזרת להבין מילים חדשות ולהרחיב את אוצר המילים.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כתיבה  ·  כ-ת-ב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שורש במילה?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קבוצת אותיות הנושאת משמעות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סימן ניקוד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אותיות יש בדרך כלל בשורש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 המילים בעברית בנויות משורש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הכרת שורש יכולה לעזור לנחש משמעות של מילה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כותב שייכת לשורש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השורש כ-ת-ב קשור למשמעות של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לומד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כ-ת-ב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תרגול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מהו שורש ולמה הוא עוזר להבין מילים חדשות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שורש במילה?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אחת הבנויה משורש כ-ת-ב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