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שורש ולזהות אותו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מילים בעלות שורש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ניחוש משמעות מילים חדשות לפי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אותיות הנושאת משמעות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כולן קשורות לפעולת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לנחש משמעות של מילים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נהוג לומר על מבנה המילים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למרות הדמיון בצליל, אין קשר במשמעות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השימושים המרכזיים של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קשורות למשמעות של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רוב השורשים בני שלוש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(כ-ת-ב)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תרגול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קבוצת אותיות שחוזרת במילים שונות ונושאת משמעות דומה, לדוגמה כ-ת-ב. אם מכירים את השורש אפשר לנחש פירוש של מילה חדשה שבנויה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לשלוש מילים לפחות מאותו שורש, עם הסבר קצר על הקשר במשמעות ביניהן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קבוצת אותיות הנושאת משמעות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מהרשימה: כותב, מכתב, כתובת, כתיבה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שמראה הבנה שאפשר לנחש משמעות לפי הדמיון לשורש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קבוצתי: כל קבוצה מקבלת שורש ומנסה למצוא כמה שיותר מילים בדקה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דוגמת השורש כ-ת-ב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ולהתמקד בשורש כ-ת-ב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בעברית יש שורש. השורש הוא בדרך כלל שלוש אותיות. מילים מאותו שורש קשורות באותו רעיון.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אותיות, בדרך כלל שלוש, שנושאת משמעות משותפת במילים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כתוב שמייצג צליל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של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שאדם מכיר ומשתמש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נגזרת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שנוצרה משורש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ניחוש לפי 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בידיעת השורש כדי להבין מילה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משותפת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דומה שחוזר במילים מאותו 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אותיות הנושאת משמעות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ניקוד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אותיות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קשורה לכתיבה?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דומה בין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מתחילות באות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כולן קשורות לפעולת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שמות של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טוב להכיר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לכתוב יפה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לנחש משמעות של מילים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איך לנקד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לספור אותיות במילה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המילים בעברית בנויות משורש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כתף שייכת לשורש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שורש יכולה לעזור לנחש משמעות של מילה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מהשורש ל-מ-ד אפשר ליצור מילים כמו תלמיד ולימוד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בעברית הוא תמיד בן ארבע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כותב שייכת לשורש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כ-ת-ב קשור למשמעות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נשמעת דומה לשורש כ-ת-ב אך אינה קשורה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מכירים __________ אפשר לפעמים לנחש משמעות של מילה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מהשורש ש-מ-ר אפשר ליצור גם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תרגול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שורש ולמה הוא עוזר להבין מילים חדשות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אחד, למשל ל-מ-ד או ש-מ-ר, וכתבו כמה שיותר מילים הקשורות אליו. נסו למצוא לפחות שלוש 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הבנויה משורש כ-ת-ב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הכרת שורש עוזרת להבין 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